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7A521" w14:textId="6D6E40BE" w:rsidR="007A67C9" w:rsidRDefault="00185315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9B69AA8" wp14:editId="720A3D6B">
            <wp:simplePos x="0" y="0"/>
            <wp:positionH relativeFrom="margin">
              <wp:posOffset>2386330</wp:posOffset>
            </wp:positionH>
            <wp:positionV relativeFrom="margin">
              <wp:posOffset>-485775</wp:posOffset>
            </wp:positionV>
            <wp:extent cx="1209675" cy="1083667"/>
            <wp:effectExtent l="0" t="0" r="0" b="254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98" t="5170" r="32075" b="71428"/>
                    <a:stretch/>
                  </pic:blipFill>
                  <pic:spPr bwMode="auto">
                    <a:xfrm>
                      <a:off x="0" y="0"/>
                      <a:ext cx="1209675" cy="1083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9E0E258" w14:textId="77777777" w:rsidR="00185315" w:rsidRDefault="00185315">
      <w:pPr>
        <w:jc w:val="center"/>
        <w:rPr>
          <w:sz w:val="18"/>
        </w:rPr>
      </w:pPr>
    </w:p>
    <w:p w14:paraId="1EBC6A76" w14:textId="28DD531C" w:rsidR="00185315" w:rsidRPr="00185315" w:rsidRDefault="00185315" w:rsidP="00185315">
      <w:pPr>
        <w:jc w:val="center"/>
        <w:rPr>
          <w:sz w:val="20"/>
          <w:szCs w:val="20"/>
        </w:rPr>
      </w:pPr>
      <w:r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7C2DAB" wp14:editId="357AAD4D">
                <wp:simplePos x="0" y="0"/>
                <wp:positionH relativeFrom="column">
                  <wp:posOffset>-352425</wp:posOffset>
                </wp:positionH>
                <wp:positionV relativeFrom="paragraph">
                  <wp:posOffset>1042035</wp:posOffset>
                </wp:positionV>
                <wp:extent cx="6743700" cy="0"/>
                <wp:effectExtent l="38100" t="38100" r="76200" b="952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F54154" id="Straight Connector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.75pt,82.05pt" to="503.25pt,8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" strokecolor="black [3213]" strokeweight=".25pt">
                <v:shadow on="t" color="black" opacity="24903f" origin=",.5" offset="0,.55556mm"/>
              </v:line>
            </w:pict>
          </mc:Fallback>
        </mc:AlternateContent>
      </w:r>
      <w:r w:rsidRPr="00185315">
        <w:rPr>
          <w:sz w:val="12"/>
          <w:szCs w:val="12"/>
        </w:rPr>
        <w:br/>
      </w:r>
      <w:r w:rsidRPr="00185315">
        <w:rPr>
          <w:sz w:val="12"/>
          <w:szCs w:val="12"/>
        </w:rPr>
        <w:br/>
      </w:r>
      <w:r>
        <w:rPr>
          <w:sz w:val="18"/>
        </w:rPr>
        <w:t>Court House</w:t>
      </w:r>
      <w:r>
        <w:rPr>
          <w:sz w:val="18"/>
        </w:rPr>
        <w:br/>
        <w:t>PO Box 175, 102 County View Drive</w:t>
      </w:r>
      <w:r>
        <w:rPr>
          <w:sz w:val="18"/>
        </w:rPr>
        <w:br/>
        <w:t>Lake Pleasant, NY 12108</w:t>
      </w:r>
      <w:r>
        <w:rPr>
          <w:sz w:val="18"/>
        </w:rPr>
        <w:br/>
        <w:t>Phone: 518.548.4684 | Fax: 518.548.6345</w:t>
      </w:r>
      <w:r>
        <w:rPr>
          <w:sz w:val="18"/>
        </w:rPr>
        <w:br/>
      </w:r>
      <w:hyperlink r:id="rId7" w:history="1">
        <w:r w:rsidRPr="00C04330">
          <w:rPr>
            <w:rStyle w:val="Hyperlink"/>
            <w:sz w:val="18"/>
          </w:rPr>
          <w:t>www.HamiltonCountyNY.Gov</w:t>
        </w:r>
      </w:hyperlink>
      <w:r>
        <w:rPr>
          <w:sz w:val="18"/>
        </w:rPr>
        <w:br/>
      </w:r>
      <w:r>
        <w:rPr>
          <w:sz w:val="18"/>
        </w:rPr>
        <w:br/>
      </w:r>
      <w:r>
        <w:rPr>
          <w:sz w:val="18"/>
        </w:rPr>
        <w:br/>
      </w:r>
      <w:r w:rsidRPr="00185315">
        <w:rPr>
          <w:rFonts w:ascii="Aptos ExtraBold" w:hAnsi="Aptos ExtraBold"/>
          <w:b/>
          <w:bCs/>
        </w:rPr>
        <w:t xml:space="preserve"> </w:t>
      </w:r>
      <w:r w:rsidR="00093AE6">
        <w:rPr>
          <w:rFonts w:ascii="Congenial SemiBold" w:hAnsi="Congenial SemiBold"/>
          <w:b/>
          <w:bCs/>
        </w:rPr>
        <w:t xml:space="preserve">Jade Sherman    </w:t>
      </w:r>
      <w:r w:rsidRPr="00185315">
        <w:rPr>
          <w:rFonts w:ascii="Congenial SemiBold" w:hAnsi="Congenial SemiBold"/>
          <w:b/>
          <w:bCs/>
        </w:rPr>
        <w:t xml:space="preserve">                                                                        </w:t>
      </w:r>
      <w:r w:rsidR="00093AE6">
        <w:rPr>
          <w:rFonts w:ascii="Congenial SemiBold" w:hAnsi="Congenial SemiBold"/>
          <w:b/>
          <w:bCs/>
        </w:rPr>
        <w:t xml:space="preserve">                         Darrin </w:t>
      </w:r>
      <w:r w:rsidRPr="00185315">
        <w:rPr>
          <w:rFonts w:ascii="Congenial SemiBold" w:hAnsi="Congenial SemiBold"/>
          <w:b/>
          <w:bCs/>
        </w:rPr>
        <w:t>Harr, Jr.</w:t>
      </w:r>
      <w:r w:rsidRPr="00185315">
        <w:rPr>
          <w:rFonts w:ascii="Congenial SemiBold" w:hAnsi="Congenial SemiBold"/>
          <w:b/>
          <w:bCs/>
        </w:rPr>
        <w:br/>
      </w:r>
      <w:r w:rsidRPr="00185315">
        <w:rPr>
          <w:i/>
          <w:iCs/>
          <w:sz w:val="20"/>
          <w:szCs w:val="20"/>
        </w:rPr>
        <w:t xml:space="preserve">Democratic Commissioner                   </w:t>
      </w:r>
      <w:r>
        <w:rPr>
          <w:i/>
          <w:iCs/>
          <w:sz w:val="20"/>
          <w:szCs w:val="20"/>
        </w:rPr>
        <w:t xml:space="preserve">                      </w:t>
      </w:r>
      <w:r w:rsidRPr="00185315">
        <w:rPr>
          <w:i/>
          <w:iCs/>
          <w:sz w:val="20"/>
          <w:szCs w:val="20"/>
        </w:rPr>
        <w:t xml:space="preserve">                                                                         Republican Commissioner</w:t>
      </w:r>
    </w:p>
    <w:p w14:paraId="598027C7" w14:textId="64392BDB" w:rsidR="00823E06" w:rsidRPr="005B1661" w:rsidRDefault="00E93779" w:rsidP="00823E06">
      <w:pPr>
        <w:pStyle w:val="NoSpacing"/>
        <w:ind w:firstLine="360"/>
        <w:rPr>
          <w:rFonts w:cs="Calibri"/>
          <w:sz w:val="24"/>
          <w:szCs w:val="24"/>
        </w:rPr>
      </w:pPr>
      <w:r>
        <w:br/>
      </w:r>
      <w:r w:rsidR="00823E06">
        <w:rPr>
          <w:rFonts w:cs="Calibri"/>
          <w:sz w:val="24"/>
          <w:szCs w:val="24"/>
        </w:rPr>
        <w:t>09/20/2026</w:t>
      </w:r>
    </w:p>
    <w:p w14:paraId="2482F27C" w14:textId="77777777" w:rsidR="00823E06" w:rsidRPr="005B1661" w:rsidRDefault="00823E06" w:rsidP="00823E06">
      <w:pPr>
        <w:jc w:val="center"/>
        <w:rPr>
          <w:rFonts w:ascii="Calibri" w:hAnsi="Calibri" w:cs="Calibri"/>
          <w:b/>
          <w:u w:val="single"/>
        </w:rPr>
      </w:pPr>
    </w:p>
    <w:p w14:paraId="4E9D35D2" w14:textId="77777777" w:rsidR="00823E06" w:rsidRPr="00B946B8" w:rsidRDefault="00823E06" w:rsidP="00823E06">
      <w:pPr>
        <w:jc w:val="center"/>
        <w:rPr>
          <w:rFonts w:ascii="Calibri" w:hAnsi="Calibri" w:cs="Calibri"/>
          <w:b/>
          <w:u w:val="single"/>
        </w:rPr>
      </w:pPr>
      <w:r w:rsidRPr="005B1661">
        <w:rPr>
          <w:rFonts w:ascii="Calibri" w:hAnsi="Calibri" w:cs="Calibri"/>
          <w:b/>
          <w:u w:val="single"/>
        </w:rPr>
        <w:t>NOTICE TO CANDIDATES AND PARTY CHAIRS FOR 202</w:t>
      </w:r>
      <w:r>
        <w:rPr>
          <w:rFonts w:ascii="Calibri" w:hAnsi="Calibri" w:cs="Calibri"/>
          <w:b/>
          <w:u w:val="single"/>
        </w:rPr>
        <w:t>6</w:t>
      </w:r>
      <w:r w:rsidRPr="005B1661">
        <w:rPr>
          <w:rFonts w:ascii="Calibri" w:hAnsi="Calibri" w:cs="Calibri"/>
          <w:b/>
          <w:u w:val="single"/>
        </w:rPr>
        <w:t xml:space="preserve"> </w:t>
      </w:r>
      <w:r>
        <w:rPr>
          <w:rFonts w:ascii="Calibri" w:hAnsi="Calibri" w:cs="Calibri"/>
          <w:b/>
          <w:u w:val="single"/>
        </w:rPr>
        <w:t>GENERAL</w:t>
      </w:r>
      <w:r w:rsidRPr="005B1661">
        <w:rPr>
          <w:rFonts w:ascii="Calibri" w:hAnsi="Calibri" w:cs="Calibri"/>
          <w:b/>
          <w:u w:val="single"/>
        </w:rPr>
        <w:t xml:space="preserve"> ELECTION</w:t>
      </w:r>
    </w:p>
    <w:p w14:paraId="00268AAA" w14:textId="77777777" w:rsidR="00823E06" w:rsidRDefault="00823E06" w:rsidP="00823E06">
      <w:pPr>
        <w:ind w:left="360"/>
        <w:rPr>
          <w:rFonts w:ascii="Calibri" w:hAnsi="Calibri" w:cs="Calibri"/>
        </w:rPr>
      </w:pPr>
      <w:r w:rsidRPr="005B1661">
        <w:rPr>
          <w:rFonts w:ascii="Calibri" w:hAnsi="Calibri" w:cs="Calibri"/>
        </w:rPr>
        <w:t>This correspondence will serve to advise you that you or your representative may attend any or all of the below Board of Elections activitie</w:t>
      </w:r>
      <w:r>
        <w:rPr>
          <w:rFonts w:ascii="Calibri" w:hAnsi="Calibri" w:cs="Calibri"/>
        </w:rPr>
        <w:t>s.</w:t>
      </w:r>
    </w:p>
    <w:p w14:paraId="61A25946" w14:textId="77777777" w:rsidR="00823E06" w:rsidRPr="004520DA" w:rsidRDefault="00823E06" w:rsidP="00823E06">
      <w:pPr>
        <w:spacing w:after="0"/>
        <w:rPr>
          <w:sz w:val="20"/>
          <w:szCs w:val="20"/>
        </w:rPr>
      </w:pPr>
      <w:r w:rsidRPr="005B1661">
        <w:rPr>
          <w:rFonts w:ascii="Calibri" w:hAnsi="Calibri" w:cs="Calibri"/>
        </w:rPr>
        <w:t xml:space="preserve"> </w:t>
      </w:r>
    </w:p>
    <w:p w14:paraId="2C47B124" w14:textId="77777777" w:rsidR="00823E06" w:rsidRPr="003C33AE" w:rsidRDefault="00823E06" w:rsidP="00823E06">
      <w:pPr>
        <w:pStyle w:val="ListParagraph"/>
        <w:numPr>
          <w:ilvl w:val="0"/>
          <w:numId w:val="10"/>
        </w:numPr>
        <w:spacing w:after="0"/>
        <w:contextualSpacing w:val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Inspection of Sample Ballots</w:t>
      </w:r>
      <w:r w:rsidRPr="00B3620F">
        <w:rPr>
          <w:b/>
          <w:sz w:val="20"/>
          <w:szCs w:val="20"/>
          <w:u w:val="single"/>
        </w:rPr>
        <w:t>:</w:t>
      </w:r>
    </w:p>
    <w:p w14:paraId="55638AB8" w14:textId="77777777" w:rsidR="00823E06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  <w:r w:rsidRPr="00B3620F">
        <w:rPr>
          <w:i/>
          <w:sz w:val="20"/>
          <w:szCs w:val="20"/>
        </w:rPr>
        <w:t xml:space="preserve">NYS Election Law </w:t>
      </w:r>
      <w:r w:rsidRPr="00B3620F">
        <w:rPr>
          <w:rFonts w:cstheme="minorHAnsi"/>
          <w:i/>
          <w:sz w:val="20"/>
          <w:szCs w:val="20"/>
        </w:rPr>
        <w:t>§</w:t>
      </w:r>
      <w:r>
        <w:rPr>
          <w:rFonts w:cstheme="minorHAnsi"/>
          <w:i/>
          <w:sz w:val="20"/>
          <w:szCs w:val="20"/>
        </w:rPr>
        <w:t>7-128(2)</w:t>
      </w:r>
    </w:p>
    <w:p w14:paraId="66CD8A1C" w14:textId="77777777" w:rsidR="00823E06" w:rsidRPr="00C90DA3" w:rsidRDefault="00823E06" w:rsidP="00823E06">
      <w:pPr>
        <w:pStyle w:val="ListParagraph"/>
        <w:spacing w:after="0"/>
        <w:contextualSpacing w:val="0"/>
        <w:rPr>
          <w:b/>
          <w:sz w:val="20"/>
          <w:szCs w:val="20"/>
          <w:u w:val="single"/>
        </w:rPr>
      </w:pPr>
      <w:r w:rsidRPr="00C90DA3">
        <w:rPr>
          <w:sz w:val="20"/>
          <w:szCs w:val="20"/>
        </w:rPr>
        <w:t xml:space="preserve">You will have an opportunity to </w:t>
      </w:r>
      <w:r>
        <w:rPr>
          <w:sz w:val="20"/>
          <w:szCs w:val="20"/>
        </w:rPr>
        <w:t>inspect the ballots to be used in the</w:t>
      </w:r>
      <w:r w:rsidRPr="00C90DA3">
        <w:rPr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 xml:space="preserve">General </w:t>
      </w:r>
      <w:r w:rsidRPr="00C90DA3">
        <w:rPr>
          <w:sz w:val="20"/>
          <w:szCs w:val="20"/>
        </w:rPr>
        <w:t>Election</w:t>
      </w:r>
      <w:r>
        <w:rPr>
          <w:sz w:val="20"/>
          <w:szCs w:val="20"/>
        </w:rPr>
        <w:t>.</w:t>
      </w:r>
    </w:p>
    <w:p w14:paraId="76384922" w14:textId="77777777" w:rsidR="00823E06" w:rsidRPr="003C33AE" w:rsidRDefault="00823E06" w:rsidP="00823E06">
      <w:pPr>
        <w:pStyle w:val="ListParagraph"/>
        <w:spacing w:after="0"/>
        <w:contextualSpacing w:val="0"/>
        <w:rPr>
          <w:bCs/>
          <w:sz w:val="20"/>
          <w:szCs w:val="20"/>
        </w:rPr>
      </w:pPr>
    </w:p>
    <w:p w14:paraId="685A8BF2" w14:textId="7278C5BA" w:rsidR="00823E06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  <w:r w:rsidRPr="00B3620F">
        <w:rPr>
          <w:sz w:val="20"/>
          <w:szCs w:val="20"/>
        </w:rPr>
        <w:t xml:space="preserve">This </w:t>
      </w:r>
      <w:r>
        <w:rPr>
          <w:sz w:val="20"/>
          <w:szCs w:val="20"/>
        </w:rPr>
        <w:t>ballot inspection</w:t>
      </w:r>
      <w:r w:rsidRPr="00B3620F">
        <w:rPr>
          <w:sz w:val="20"/>
          <w:szCs w:val="20"/>
        </w:rPr>
        <w:t xml:space="preserve"> will </w:t>
      </w:r>
      <w:r>
        <w:rPr>
          <w:sz w:val="20"/>
          <w:szCs w:val="20"/>
        </w:rPr>
        <w:t>occur</w:t>
      </w:r>
      <w:r w:rsidRPr="00B3620F">
        <w:rPr>
          <w:sz w:val="20"/>
          <w:szCs w:val="20"/>
        </w:rPr>
        <w:t xml:space="preserve"> on </w:t>
      </w:r>
      <w:r>
        <w:rPr>
          <w:color w:val="FF0000"/>
          <w:sz w:val="20"/>
          <w:szCs w:val="20"/>
        </w:rPr>
        <w:t>9/18/26</w:t>
      </w:r>
      <w:r>
        <w:rPr>
          <w:rFonts w:ascii="Arial" w:hAnsi="Arial" w:cs="Arial"/>
        </w:rPr>
        <w:t xml:space="preserve"> </w:t>
      </w:r>
      <w:r w:rsidRPr="0011760B">
        <w:rPr>
          <w:sz w:val="20"/>
          <w:szCs w:val="20"/>
        </w:rPr>
        <w:t>and will take place at</w:t>
      </w:r>
      <w:r>
        <w:rPr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>102 County View Drive, Lake Pleasant, NY 12108</w:t>
      </w:r>
      <w:r>
        <w:rPr>
          <w:sz w:val="20"/>
          <w:szCs w:val="20"/>
        </w:rPr>
        <w:t xml:space="preserve"> </w:t>
      </w:r>
      <w:r w:rsidRPr="00D227B2">
        <w:rPr>
          <w:sz w:val="20"/>
          <w:szCs w:val="20"/>
        </w:rPr>
        <w:t xml:space="preserve">where the </w:t>
      </w:r>
      <w:r>
        <w:rPr>
          <w:sz w:val="20"/>
          <w:szCs w:val="20"/>
        </w:rPr>
        <w:t>ballots</w:t>
      </w:r>
      <w:r w:rsidRPr="00D227B2">
        <w:rPr>
          <w:sz w:val="20"/>
          <w:szCs w:val="20"/>
        </w:rPr>
        <w:t xml:space="preserve"> may be viewed.</w:t>
      </w:r>
      <w:r w:rsidR="00AC17AE">
        <w:rPr>
          <w:sz w:val="20"/>
          <w:szCs w:val="20"/>
        </w:rPr>
        <w:t xml:space="preserve"> Ballots are available on the county website at </w:t>
      </w:r>
      <w:r w:rsidR="00AC17AE" w:rsidRPr="00AC17AE">
        <w:rPr>
          <w:sz w:val="20"/>
          <w:szCs w:val="20"/>
        </w:rPr>
        <w:t>https://www.hamiltoncountyny.gov</w:t>
      </w:r>
      <w:r w:rsidR="00AC17AE">
        <w:rPr>
          <w:sz w:val="20"/>
          <w:szCs w:val="20"/>
        </w:rPr>
        <w:t>.</w:t>
      </w:r>
    </w:p>
    <w:p w14:paraId="74B7A0A5" w14:textId="77777777" w:rsidR="00823E06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</w:p>
    <w:p w14:paraId="439AE30F" w14:textId="77777777" w:rsidR="00823E06" w:rsidRPr="003C33AE" w:rsidRDefault="00823E06" w:rsidP="00823E06">
      <w:pPr>
        <w:pStyle w:val="ListParagraph"/>
        <w:numPr>
          <w:ilvl w:val="0"/>
          <w:numId w:val="10"/>
        </w:numPr>
        <w:spacing w:after="0"/>
        <w:contextualSpacing w:val="0"/>
        <w:rPr>
          <w:rFonts w:ascii="Arial" w:hAnsi="Arial" w:cs="Arial"/>
        </w:rPr>
      </w:pPr>
      <w:r w:rsidRPr="008A2361">
        <w:rPr>
          <w:b/>
          <w:sz w:val="20"/>
          <w:szCs w:val="20"/>
          <w:u w:val="single"/>
        </w:rPr>
        <w:t>Public Inspection and Pre-Election Testing of Machines:</w:t>
      </w:r>
    </w:p>
    <w:p w14:paraId="28059FE0" w14:textId="77777777" w:rsidR="00823E06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  <w:r w:rsidRPr="008A2361">
        <w:rPr>
          <w:i/>
          <w:sz w:val="20"/>
          <w:szCs w:val="20"/>
        </w:rPr>
        <w:t xml:space="preserve">NYS Election Law </w:t>
      </w:r>
      <w:r w:rsidRPr="008A2361">
        <w:rPr>
          <w:rFonts w:cstheme="minorHAnsi"/>
          <w:i/>
          <w:sz w:val="20"/>
          <w:szCs w:val="20"/>
        </w:rPr>
        <w:t>§</w:t>
      </w:r>
      <w:r>
        <w:rPr>
          <w:rFonts w:cstheme="minorHAnsi"/>
          <w:i/>
          <w:sz w:val="20"/>
          <w:szCs w:val="20"/>
        </w:rPr>
        <w:t>§</w:t>
      </w:r>
      <w:r w:rsidRPr="008A2361">
        <w:rPr>
          <w:i/>
          <w:sz w:val="20"/>
          <w:szCs w:val="20"/>
        </w:rPr>
        <w:t>7-128(3)</w:t>
      </w:r>
      <w:r>
        <w:rPr>
          <w:i/>
          <w:sz w:val="20"/>
          <w:szCs w:val="20"/>
        </w:rPr>
        <w:t xml:space="preserve">, </w:t>
      </w:r>
      <w:r w:rsidRPr="004520DA">
        <w:rPr>
          <w:i/>
          <w:sz w:val="20"/>
          <w:szCs w:val="20"/>
        </w:rPr>
        <w:t>7-207</w:t>
      </w:r>
      <w:r w:rsidRPr="008A2361">
        <w:rPr>
          <w:i/>
          <w:sz w:val="20"/>
          <w:szCs w:val="20"/>
        </w:rPr>
        <w:t xml:space="preserve"> &amp; NYCRR </w:t>
      </w:r>
      <w:r w:rsidRPr="008A2361">
        <w:rPr>
          <w:rFonts w:cstheme="minorHAnsi"/>
          <w:i/>
          <w:sz w:val="20"/>
          <w:szCs w:val="20"/>
        </w:rPr>
        <w:t>§6210.2(d)(e)</w:t>
      </w:r>
    </w:p>
    <w:p w14:paraId="7AD31DA7" w14:textId="77777777" w:rsidR="00823E06" w:rsidRPr="003C33AE" w:rsidRDefault="00823E06" w:rsidP="00823E06">
      <w:pPr>
        <w:pStyle w:val="ListParagraph"/>
        <w:spacing w:after="0"/>
        <w:contextualSpacing w:val="0"/>
        <w:rPr>
          <w:rFonts w:cstheme="minorHAnsi"/>
          <w:sz w:val="20"/>
          <w:szCs w:val="20"/>
        </w:rPr>
      </w:pPr>
      <w:r w:rsidRPr="0095566E">
        <w:rPr>
          <w:sz w:val="20"/>
          <w:szCs w:val="20"/>
        </w:rPr>
        <w:t>You will have an opportunity to inspect voting machines and ballot marking device</w:t>
      </w:r>
      <w:r>
        <w:rPr>
          <w:sz w:val="20"/>
          <w:szCs w:val="20"/>
        </w:rPr>
        <w:t>s</w:t>
      </w:r>
      <w:r w:rsidRPr="0095566E">
        <w:rPr>
          <w:sz w:val="20"/>
          <w:szCs w:val="20"/>
        </w:rPr>
        <w:t xml:space="preserve"> to be used in the upcoming </w:t>
      </w:r>
      <w:r>
        <w:rPr>
          <w:color w:val="FF0000"/>
          <w:sz w:val="20"/>
          <w:szCs w:val="20"/>
        </w:rPr>
        <w:t xml:space="preserve">General </w:t>
      </w:r>
      <w:r w:rsidRPr="0095566E">
        <w:rPr>
          <w:sz w:val="20"/>
          <w:szCs w:val="20"/>
        </w:rPr>
        <w:t>Election and view the conduct of the logic and accuracy testing required to be performed on such voting machines and systems.</w:t>
      </w:r>
    </w:p>
    <w:p w14:paraId="1025823D" w14:textId="77777777" w:rsidR="00823E06" w:rsidRPr="003C33AE" w:rsidRDefault="00823E06" w:rsidP="00823E06">
      <w:pPr>
        <w:pStyle w:val="ListParagraph"/>
        <w:spacing w:after="0"/>
        <w:contextualSpacing w:val="0"/>
        <w:rPr>
          <w:bCs/>
          <w:sz w:val="20"/>
          <w:szCs w:val="20"/>
        </w:rPr>
      </w:pPr>
    </w:p>
    <w:p w14:paraId="0A02074D" w14:textId="77777777" w:rsidR="00823E06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  <w:r w:rsidRPr="00B3620F">
        <w:rPr>
          <w:sz w:val="20"/>
          <w:szCs w:val="20"/>
        </w:rPr>
        <w:t>Th</w:t>
      </w:r>
      <w:r>
        <w:rPr>
          <w:sz w:val="20"/>
          <w:szCs w:val="20"/>
        </w:rPr>
        <w:t>e inspection and</w:t>
      </w:r>
      <w:r w:rsidRPr="00B3620F">
        <w:rPr>
          <w:sz w:val="20"/>
          <w:szCs w:val="20"/>
        </w:rPr>
        <w:t xml:space="preserve"> pre-election testing will take place on </w:t>
      </w:r>
      <w:r>
        <w:rPr>
          <w:color w:val="FF0000"/>
          <w:sz w:val="20"/>
          <w:szCs w:val="20"/>
        </w:rPr>
        <w:t>10/14/26</w:t>
      </w:r>
      <w:r>
        <w:rPr>
          <w:rFonts w:ascii="Arial" w:hAnsi="Arial" w:cs="Arial"/>
        </w:rPr>
        <w:t xml:space="preserve"> </w:t>
      </w:r>
      <w:r w:rsidRPr="0011760B">
        <w:rPr>
          <w:sz w:val="20"/>
          <w:szCs w:val="20"/>
        </w:rPr>
        <w:t>and will take place at</w:t>
      </w:r>
      <w:r>
        <w:rPr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>102 County View Drive, Lake Pleasant, NY 12108</w:t>
      </w:r>
      <w:r>
        <w:rPr>
          <w:sz w:val="20"/>
          <w:szCs w:val="20"/>
        </w:rPr>
        <w:t xml:space="preserve"> </w:t>
      </w:r>
      <w:r w:rsidRPr="00D227B2">
        <w:rPr>
          <w:sz w:val="20"/>
          <w:szCs w:val="20"/>
        </w:rPr>
        <w:t>where the county test decks will be run and machines may be viewed.</w:t>
      </w:r>
      <w:r w:rsidRPr="00D227B2">
        <w:rPr>
          <w:bCs/>
          <w:sz w:val="20"/>
          <w:szCs w:val="20"/>
        </w:rPr>
        <w:t xml:space="preserve"> Pre</w:t>
      </w:r>
      <w:r>
        <w:rPr>
          <w:sz w:val="20"/>
          <w:szCs w:val="20"/>
        </w:rPr>
        <w:t xml:space="preserve">-election testing </w:t>
      </w:r>
      <w:r w:rsidRPr="004520DA">
        <w:rPr>
          <w:sz w:val="20"/>
          <w:szCs w:val="20"/>
        </w:rPr>
        <w:t xml:space="preserve">will continue </w:t>
      </w:r>
      <w:r>
        <w:rPr>
          <w:sz w:val="20"/>
          <w:szCs w:val="20"/>
        </w:rPr>
        <w:t xml:space="preserve">daily, </w:t>
      </w:r>
      <w:r w:rsidRPr="004520DA">
        <w:rPr>
          <w:sz w:val="20"/>
          <w:szCs w:val="20"/>
        </w:rPr>
        <w:t xml:space="preserve">between the hours </w:t>
      </w:r>
      <w:r w:rsidRPr="005D0E46">
        <w:rPr>
          <w:sz w:val="20"/>
          <w:szCs w:val="20"/>
        </w:rPr>
        <w:t xml:space="preserve">of </w:t>
      </w:r>
      <w:r w:rsidRPr="00433166">
        <w:rPr>
          <w:color w:val="FF0000"/>
          <w:sz w:val="20"/>
          <w:szCs w:val="20"/>
        </w:rPr>
        <w:t>10:00 AM</w:t>
      </w:r>
      <w:r w:rsidRPr="004520D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and </w:t>
      </w:r>
      <w:r w:rsidRPr="00433166">
        <w:rPr>
          <w:color w:val="FF0000"/>
          <w:sz w:val="20"/>
          <w:szCs w:val="20"/>
        </w:rPr>
        <w:t>4:00 PM</w:t>
      </w:r>
      <w:r w:rsidRPr="004520DA">
        <w:rPr>
          <w:sz w:val="20"/>
          <w:szCs w:val="20"/>
        </w:rPr>
        <w:t>, until all pre-election testing has been completed.</w:t>
      </w:r>
    </w:p>
    <w:p w14:paraId="0ADEBDBD" w14:textId="77777777" w:rsidR="00823E06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</w:p>
    <w:p w14:paraId="1E21A7F2" w14:textId="77777777" w:rsidR="00823E06" w:rsidRPr="000F436F" w:rsidRDefault="00823E06" w:rsidP="00823E06">
      <w:pPr>
        <w:pStyle w:val="ListParagraph"/>
        <w:numPr>
          <w:ilvl w:val="0"/>
          <w:numId w:val="10"/>
        </w:numPr>
        <w:spacing w:after="0"/>
        <w:contextualSpacing w:val="0"/>
        <w:rPr>
          <w:sz w:val="20"/>
          <w:szCs w:val="20"/>
        </w:rPr>
      </w:pPr>
      <w:r w:rsidRPr="000F436F">
        <w:rPr>
          <w:b/>
          <w:sz w:val="20"/>
          <w:szCs w:val="20"/>
          <w:u w:val="single"/>
        </w:rPr>
        <w:t xml:space="preserve">Rolling Canvass of Absentee, </w:t>
      </w:r>
      <w:r>
        <w:rPr>
          <w:b/>
          <w:sz w:val="20"/>
          <w:szCs w:val="20"/>
          <w:u w:val="single"/>
        </w:rPr>
        <w:t xml:space="preserve">Accessible, Early Vote by Mail, </w:t>
      </w:r>
      <w:r w:rsidRPr="000F436F">
        <w:rPr>
          <w:b/>
          <w:sz w:val="20"/>
          <w:szCs w:val="20"/>
          <w:u w:val="single"/>
        </w:rPr>
        <w:t>Special</w:t>
      </w:r>
      <w:r>
        <w:rPr>
          <w:b/>
          <w:sz w:val="20"/>
          <w:szCs w:val="20"/>
          <w:u w:val="single"/>
        </w:rPr>
        <w:t>, Federal</w:t>
      </w:r>
      <w:r w:rsidRPr="000F436F">
        <w:rPr>
          <w:b/>
          <w:sz w:val="20"/>
          <w:szCs w:val="20"/>
          <w:u w:val="single"/>
        </w:rPr>
        <w:t xml:space="preserve"> and Military Ballots:</w:t>
      </w:r>
    </w:p>
    <w:p w14:paraId="0C34AFCE" w14:textId="77777777" w:rsidR="00823E06" w:rsidRDefault="00823E06" w:rsidP="00823E06">
      <w:pPr>
        <w:pStyle w:val="ListParagraph"/>
        <w:spacing w:after="0"/>
        <w:contextualSpacing w:val="0"/>
        <w:rPr>
          <w:i/>
          <w:sz w:val="20"/>
          <w:szCs w:val="20"/>
        </w:rPr>
      </w:pPr>
      <w:r w:rsidRPr="000F436F">
        <w:rPr>
          <w:i/>
          <w:sz w:val="20"/>
          <w:szCs w:val="20"/>
        </w:rPr>
        <w:t xml:space="preserve">NYS Election Law </w:t>
      </w:r>
      <w:r w:rsidRPr="000F436F">
        <w:rPr>
          <w:rFonts w:cstheme="minorHAnsi"/>
          <w:i/>
          <w:sz w:val="20"/>
          <w:szCs w:val="20"/>
        </w:rPr>
        <w:t>§9</w:t>
      </w:r>
      <w:r w:rsidRPr="000F436F">
        <w:rPr>
          <w:i/>
          <w:sz w:val="20"/>
          <w:szCs w:val="20"/>
        </w:rPr>
        <w:t>-209(1)(2)</w:t>
      </w:r>
    </w:p>
    <w:p w14:paraId="5C4930D9" w14:textId="77777777" w:rsidR="00823E06" w:rsidRPr="000F436F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  <w:r w:rsidRPr="001D351C">
        <w:rPr>
          <w:sz w:val="20"/>
          <w:szCs w:val="20"/>
        </w:rPr>
        <w:t xml:space="preserve"> </w:t>
      </w:r>
      <w:r w:rsidRPr="000F436F">
        <w:rPr>
          <w:sz w:val="20"/>
          <w:szCs w:val="20"/>
        </w:rPr>
        <w:t xml:space="preserve">The rolling canvass of absentee, </w:t>
      </w:r>
      <w:r>
        <w:rPr>
          <w:sz w:val="20"/>
          <w:szCs w:val="20"/>
        </w:rPr>
        <w:t xml:space="preserve">accessible, early vote by mail, </w:t>
      </w:r>
      <w:r w:rsidRPr="000F436F">
        <w:rPr>
          <w:sz w:val="20"/>
          <w:szCs w:val="20"/>
        </w:rPr>
        <w:t>special</w:t>
      </w:r>
      <w:r>
        <w:rPr>
          <w:sz w:val="20"/>
          <w:szCs w:val="20"/>
        </w:rPr>
        <w:t>, federal</w:t>
      </w:r>
      <w:r w:rsidRPr="000F436F">
        <w:rPr>
          <w:sz w:val="20"/>
          <w:szCs w:val="20"/>
        </w:rPr>
        <w:t xml:space="preserve"> and military ballots will begin within 4 days of receipt. The canvass starting date is on </w:t>
      </w:r>
      <w:r>
        <w:rPr>
          <w:color w:val="FF0000"/>
          <w:sz w:val="20"/>
          <w:szCs w:val="20"/>
        </w:rPr>
        <w:t>9/20/26 at 10:30 AM</w:t>
      </w:r>
      <w:r w:rsidRPr="000F436F">
        <w:rPr>
          <w:rFonts w:ascii="Arial" w:hAnsi="Arial" w:cs="Arial"/>
        </w:rPr>
        <w:t xml:space="preserve"> </w:t>
      </w:r>
      <w:r w:rsidRPr="000F436F">
        <w:rPr>
          <w:sz w:val="20"/>
          <w:szCs w:val="20"/>
        </w:rPr>
        <w:t xml:space="preserve">and will take place at </w:t>
      </w:r>
      <w:r>
        <w:rPr>
          <w:color w:val="FF0000"/>
          <w:sz w:val="20"/>
          <w:szCs w:val="20"/>
        </w:rPr>
        <w:t>102 County View Drive, Lake Pleasant, NY 12108</w:t>
      </w:r>
      <w:r w:rsidRPr="000F436F">
        <w:rPr>
          <w:sz w:val="20"/>
          <w:szCs w:val="20"/>
        </w:rPr>
        <w:t>. The canvass</w:t>
      </w:r>
      <w:r>
        <w:rPr>
          <w:sz w:val="20"/>
          <w:szCs w:val="20"/>
        </w:rPr>
        <w:t xml:space="preserve"> of these ballots will continue </w:t>
      </w:r>
      <w:r w:rsidRPr="000F436F">
        <w:rPr>
          <w:color w:val="FF0000"/>
          <w:sz w:val="20"/>
          <w:szCs w:val="20"/>
        </w:rPr>
        <w:lastRenderedPageBreak/>
        <w:t>Tuesdays and Fridays</w:t>
      </w:r>
      <w:r w:rsidRPr="000F436F">
        <w:rPr>
          <w:sz w:val="20"/>
          <w:szCs w:val="20"/>
        </w:rPr>
        <w:t xml:space="preserve">. There will be </w:t>
      </w:r>
      <w:r>
        <w:rPr>
          <w:color w:val="FF0000"/>
          <w:sz w:val="20"/>
          <w:szCs w:val="20"/>
        </w:rPr>
        <w:t>one</w:t>
      </w:r>
      <w:r>
        <w:rPr>
          <w:sz w:val="20"/>
          <w:szCs w:val="20"/>
        </w:rPr>
        <w:t xml:space="preserve"> team</w:t>
      </w:r>
      <w:r w:rsidRPr="000F436F">
        <w:rPr>
          <w:sz w:val="20"/>
          <w:szCs w:val="20"/>
        </w:rPr>
        <w:t xml:space="preserve"> conducting the canvass, between the hours of </w:t>
      </w:r>
      <w:r>
        <w:rPr>
          <w:color w:val="FF0000"/>
          <w:sz w:val="20"/>
          <w:szCs w:val="20"/>
        </w:rPr>
        <w:t>10:30</w:t>
      </w:r>
      <w:r w:rsidRPr="000F436F">
        <w:rPr>
          <w:color w:val="FF0000"/>
          <w:sz w:val="20"/>
          <w:szCs w:val="20"/>
        </w:rPr>
        <w:t xml:space="preserve"> </w:t>
      </w:r>
      <w:r w:rsidRPr="00433166">
        <w:rPr>
          <w:color w:val="FF0000"/>
          <w:sz w:val="20"/>
          <w:szCs w:val="20"/>
        </w:rPr>
        <w:t>AM</w:t>
      </w:r>
      <w:r w:rsidRPr="000F436F">
        <w:rPr>
          <w:sz w:val="20"/>
          <w:szCs w:val="20"/>
        </w:rPr>
        <w:t xml:space="preserve"> and </w:t>
      </w:r>
      <w:r>
        <w:rPr>
          <w:color w:val="FF0000"/>
          <w:sz w:val="20"/>
          <w:szCs w:val="20"/>
        </w:rPr>
        <w:t>4:00</w:t>
      </w:r>
      <w:r w:rsidRPr="000F436F">
        <w:rPr>
          <w:color w:val="FF0000"/>
          <w:sz w:val="20"/>
          <w:szCs w:val="20"/>
        </w:rPr>
        <w:t xml:space="preserve"> </w:t>
      </w:r>
      <w:r w:rsidRPr="00433166">
        <w:rPr>
          <w:color w:val="FF0000"/>
          <w:sz w:val="20"/>
          <w:szCs w:val="20"/>
        </w:rPr>
        <w:t>PM</w:t>
      </w:r>
      <w:r w:rsidRPr="000F436F">
        <w:rPr>
          <w:sz w:val="20"/>
          <w:szCs w:val="20"/>
        </w:rPr>
        <w:t xml:space="preserve">, until all ballots have been canvassed. </w:t>
      </w:r>
    </w:p>
    <w:p w14:paraId="7EE3EBD1" w14:textId="77777777" w:rsidR="00823E06" w:rsidRPr="000F436F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</w:p>
    <w:p w14:paraId="08DA9BDA" w14:textId="77777777" w:rsidR="00823E06" w:rsidRPr="000F436F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  <w:r w:rsidRPr="000F436F">
        <w:rPr>
          <w:sz w:val="20"/>
          <w:szCs w:val="20"/>
        </w:rPr>
        <w:t xml:space="preserve">On or after Election Day, the canvass will be conducted within one day of receipt. The canvass shall end no later than </w:t>
      </w:r>
      <w:r>
        <w:rPr>
          <w:color w:val="FF0000"/>
          <w:sz w:val="20"/>
          <w:szCs w:val="20"/>
        </w:rPr>
        <w:t>11/16/26 at 10:30 AM</w:t>
      </w:r>
      <w:r w:rsidRPr="000F436F">
        <w:rPr>
          <w:color w:val="FF0000"/>
          <w:sz w:val="20"/>
          <w:szCs w:val="20"/>
        </w:rPr>
        <w:t xml:space="preserve"> </w:t>
      </w:r>
      <w:r w:rsidRPr="000F436F">
        <w:rPr>
          <w:sz w:val="20"/>
          <w:szCs w:val="20"/>
        </w:rPr>
        <w:t xml:space="preserve">and will take place at </w:t>
      </w:r>
      <w:r>
        <w:rPr>
          <w:color w:val="FF0000"/>
          <w:sz w:val="20"/>
          <w:szCs w:val="20"/>
        </w:rPr>
        <w:t>102 County View Drive, Lake Pleasant, NY 12108.</w:t>
      </w:r>
    </w:p>
    <w:p w14:paraId="4599B577" w14:textId="77777777" w:rsidR="00823E06" w:rsidRPr="0067620C" w:rsidRDefault="00823E06" w:rsidP="00823E06">
      <w:pPr>
        <w:spacing w:after="0"/>
        <w:rPr>
          <w:sz w:val="20"/>
          <w:szCs w:val="20"/>
        </w:rPr>
      </w:pPr>
    </w:p>
    <w:p w14:paraId="34D363B5" w14:textId="77777777" w:rsidR="00823E06" w:rsidRPr="000F436F" w:rsidRDefault="00823E06" w:rsidP="00823E06">
      <w:pPr>
        <w:pStyle w:val="ListParagraph"/>
        <w:numPr>
          <w:ilvl w:val="0"/>
          <w:numId w:val="12"/>
        </w:numPr>
        <w:spacing w:after="0"/>
        <w:contextualSpacing w:val="0"/>
        <w:rPr>
          <w:sz w:val="20"/>
          <w:szCs w:val="20"/>
        </w:rPr>
      </w:pPr>
      <w:r w:rsidRPr="000F436F">
        <w:rPr>
          <w:b/>
          <w:bCs/>
          <w:sz w:val="20"/>
          <w:szCs w:val="20"/>
          <w:u w:val="single"/>
        </w:rPr>
        <w:t>Scanning of Canvassed Ballots Prior to Election Day:</w:t>
      </w:r>
    </w:p>
    <w:p w14:paraId="2CA4E98D" w14:textId="77777777" w:rsidR="00823E06" w:rsidRPr="000F436F" w:rsidRDefault="00823E06" w:rsidP="00823E06">
      <w:pPr>
        <w:pStyle w:val="ListParagraph"/>
        <w:spacing w:after="0"/>
        <w:ind w:firstLine="360"/>
        <w:contextualSpacing w:val="0"/>
        <w:rPr>
          <w:sz w:val="20"/>
          <w:szCs w:val="20"/>
        </w:rPr>
      </w:pPr>
      <w:r w:rsidRPr="000F436F">
        <w:rPr>
          <w:i/>
          <w:sz w:val="20"/>
          <w:szCs w:val="20"/>
        </w:rPr>
        <w:t xml:space="preserve">NYS Election Law </w:t>
      </w:r>
      <w:r w:rsidRPr="000F436F">
        <w:rPr>
          <w:rFonts w:cstheme="minorHAnsi"/>
          <w:i/>
          <w:sz w:val="20"/>
          <w:szCs w:val="20"/>
        </w:rPr>
        <w:t>§9</w:t>
      </w:r>
      <w:r w:rsidRPr="000F436F">
        <w:rPr>
          <w:i/>
          <w:sz w:val="20"/>
          <w:szCs w:val="20"/>
        </w:rPr>
        <w:t>-209(6)(b)(c)</w:t>
      </w:r>
    </w:p>
    <w:p w14:paraId="4DA0950C" w14:textId="4442EFF5" w:rsidR="00823E06" w:rsidRPr="000F436F" w:rsidRDefault="00823E06" w:rsidP="00823E06">
      <w:pPr>
        <w:pStyle w:val="ListParagraph"/>
        <w:spacing w:after="0"/>
        <w:ind w:left="1080"/>
        <w:contextualSpacing w:val="0"/>
        <w:rPr>
          <w:sz w:val="20"/>
          <w:szCs w:val="20"/>
        </w:rPr>
      </w:pPr>
      <w:r w:rsidRPr="000F436F">
        <w:rPr>
          <w:sz w:val="20"/>
          <w:szCs w:val="20"/>
        </w:rPr>
        <w:t>Ballots canvassed during this time period will be scanned on</w:t>
      </w:r>
      <w:r>
        <w:rPr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>10/23/26 at</w:t>
      </w:r>
      <w:r w:rsidRPr="000F436F">
        <w:rPr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>10:00 AM.</w:t>
      </w:r>
      <w:r w:rsidRPr="000F436F">
        <w:rPr>
          <w:sz w:val="20"/>
          <w:szCs w:val="20"/>
        </w:rPr>
        <w:t xml:space="preserve"> </w:t>
      </w:r>
      <w:r>
        <w:rPr>
          <w:sz w:val="20"/>
          <w:szCs w:val="20"/>
        </w:rPr>
        <w:t>Ballot types as described above</w:t>
      </w:r>
      <w:r w:rsidRPr="000F436F">
        <w:rPr>
          <w:sz w:val="20"/>
          <w:szCs w:val="20"/>
        </w:rPr>
        <w:t xml:space="preserve"> received after this date will continue to be canvassed </w:t>
      </w:r>
      <w:r w:rsidRPr="000F436F">
        <w:rPr>
          <w:color w:val="FF0000"/>
          <w:sz w:val="20"/>
          <w:szCs w:val="20"/>
        </w:rPr>
        <w:t xml:space="preserve">Tuesdays and Fridays, </w:t>
      </w:r>
      <w:r w:rsidRPr="000F436F">
        <w:rPr>
          <w:sz w:val="20"/>
          <w:szCs w:val="20"/>
        </w:rPr>
        <w:t xml:space="preserve">and those ballots will be scanned after the close of polls on the last day of early voting will be scanned on </w:t>
      </w:r>
      <w:r>
        <w:rPr>
          <w:color w:val="FF0000"/>
          <w:sz w:val="20"/>
          <w:szCs w:val="20"/>
        </w:rPr>
        <w:t>11/02/26 at 10:00 AM.</w:t>
      </w:r>
    </w:p>
    <w:p w14:paraId="2482CA7F" w14:textId="77777777" w:rsidR="00823E06" w:rsidRPr="000F436F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</w:p>
    <w:p w14:paraId="489F3B82" w14:textId="77777777" w:rsidR="00823E06" w:rsidRPr="000F436F" w:rsidRDefault="00823E06" w:rsidP="00823E06">
      <w:pPr>
        <w:pStyle w:val="ListParagraph"/>
        <w:numPr>
          <w:ilvl w:val="0"/>
          <w:numId w:val="12"/>
        </w:numPr>
        <w:spacing w:after="0"/>
        <w:contextualSpacing w:val="0"/>
        <w:rPr>
          <w:sz w:val="20"/>
          <w:szCs w:val="20"/>
        </w:rPr>
      </w:pPr>
      <w:r w:rsidRPr="000F436F">
        <w:rPr>
          <w:b/>
          <w:bCs/>
          <w:sz w:val="20"/>
          <w:szCs w:val="20"/>
          <w:u w:val="single"/>
        </w:rPr>
        <w:t>Scanning of Canvassed Ballots Post Election Day:</w:t>
      </w:r>
    </w:p>
    <w:p w14:paraId="1FBACE1C" w14:textId="77777777" w:rsidR="00823E06" w:rsidRPr="000F436F" w:rsidRDefault="00823E06" w:rsidP="00823E06">
      <w:pPr>
        <w:pStyle w:val="ListParagraph"/>
        <w:spacing w:after="0"/>
        <w:ind w:firstLine="360"/>
        <w:contextualSpacing w:val="0"/>
        <w:rPr>
          <w:i/>
          <w:sz w:val="20"/>
          <w:szCs w:val="20"/>
        </w:rPr>
      </w:pPr>
      <w:r w:rsidRPr="000F436F">
        <w:rPr>
          <w:i/>
          <w:sz w:val="20"/>
          <w:szCs w:val="20"/>
        </w:rPr>
        <w:t xml:space="preserve">NYS Election Law </w:t>
      </w:r>
      <w:r w:rsidRPr="000F436F">
        <w:rPr>
          <w:rFonts w:cstheme="minorHAnsi"/>
          <w:i/>
          <w:sz w:val="20"/>
          <w:szCs w:val="20"/>
        </w:rPr>
        <w:t>§9</w:t>
      </w:r>
      <w:r w:rsidRPr="000F436F">
        <w:rPr>
          <w:i/>
          <w:sz w:val="20"/>
          <w:szCs w:val="20"/>
        </w:rPr>
        <w:t>-209(6)</w:t>
      </w:r>
    </w:p>
    <w:p w14:paraId="5C81C084" w14:textId="36689E89" w:rsidR="00823E06" w:rsidRPr="000F436F" w:rsidRDefault="00823E06" w:rsidP="00823E06">
      <w:pPr>
        <w:pStyle w:val="ListParagraph"/>
        <w:spacing w:after="0"/>
        <w:ind w:left="1080"/>
        <w:contextualSpacing w:val="0"/>
        <w:rPr>
          <w:iCs/>
          <w:sz w:val="20"/>
          <w:szCs w:val="20"/>
        </w:rPr>
      </w:pPr>
      <w:r w:rsidRPr="000F436F">
        <w:rPr>
          <w:iCs/>
          <w:sz w:val="20"/>
          <w:szCs w:val="20"/>
        </w:rPr>
        <w:t xml:space="preserve">The scanning of ballots canvassed after Election Day will continue </w:t>
      </w:r>
      <w:r>
        <w:rPr>
          <w:color w:val="FF0000"/>
          <w:sz w:val="20"/>
          <w:szCs w:val="20"/>
        </w:rPr>
        <w:t xml:space="preserve">11/16/26 10:00 </w:t>
      </w:r>
      <w:r w:rsidR="00433166">
        <w:rPr>
          <w:color w:val="FF0000"/>
          <w:sz w:val="20"/>
          <w:szCs w:val="20"/>
        </w:rPr>
        <w:t>AM</w:t>
      </w:r>
      <w:r w:rsidRPr="000F436F">
        <w:rPr>
          <w:color w:val="FF0000"/>
          <w:sz w:val="20"/>
          <w:szCs w:val="20"/>
        </w:rPr>
        <w:t xml:space="preserve"> </w:t>
      </w:r>
      <w:r w:rsidRPr="000F436F">
        <w:rPr>
          <w:sz w:val="20"/>
          <w:szCs w:val="20"/>
        </w:rPr>
        <w:t>and will take place at</w:t>
      </w:r>
      <w:r>
        <w:rPr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>102 County View Drive, Lake Pleasant, NY 12108</w:t>
      </w:r>
      <w:r w:rsidRPr="000F436F">
        <w:rPr>
          <w:sz w:val="20"/>
          <w:szCs w:val="20"/>
        </w:rPr>
        <w:t>.</w:t>
      </w:r>
    </w:p>
    <w:p w14:paraId="78C37891" w14:textId="77777777" w:rsidR="00823E06" w:rsidRPr="000F436F" w:rsidRDefault="00823E06" w:rsidP="00823E06">
      <w:pPr>
        <w:pStyle w:val="ListParagraph"/>
        <w:spacing w:after="0"/>
        <w:contextualSpacing w:val="0"/>
        <w:rPr>
          <w:iCs/>
          <w:sz w:val="20"/>
          <w:szCs w:val="20"/>
        </w:rPr>
      </w:pPr>
    </w:p>
    <w:p w14:paraId="7DF55319" w14:textId="77777777" w:rsidR="00823E06" w:rsidRPr="000F436F" w:rsidRDefault="00823E06" w:rsidP="00823E06">
      <w:pPr>
        <w:pStyle w:val="ListParagraph"/>
        <w:numPr>
          <w:ilvl w:val="0"/>
          <w:numId w:val="10"/>
        </w:numPr>
        <w:spacing w:after="0"/>
        <w:contextualSpacing w:val="0"/>
        <w:rPr>
          <w:b/>
          <w:sz w:val="20"/>
          <w:szCs w:val="20"/>
          <w:u w:val="single"/>
        </w:rPr>
      </w:pPr>
      <w:r w:rsidRPr="000F436F">
        <w:rPr>
          <w:b/>
          <w:sz w:val="20"/>
          <w:szCs w:val="20"/>
          <w:u w:val="single"/>
        </w:rPr>
        <w:t xml:space="preserve">Review Invalid Absentee, </w:t>
      </w:r>
      <w:r>
        <w:rPr>
          <w:b/>
          <w:sz w:val="20"/>
          <w:szCs w:val="20"/>
          <w:u w:val="single"/>
        </w:rPr>
        <w:t xml:space="preserve">Accessible, Early Vote by Mail, </w:t>
      </w:r>
      <w:r w:rsidRPr="000F436F">
        <w:rPr>
          <w:b/>
          <w:sz w:val="20"/>
          <w:szCs w:val="20"/>
          <w:u w:val="single"/>
        </w:rPr>
        <w:t>Military, Special, Undeliverable and Defects Not Cured Timely:</w:t>
      </w:r>
    </w:p>
    <w:p w14:paraId="4781F32C" w14:textId="77777777" w:rsidR="00823E06" w:rsidRDefault="00823E06" w:rsidP="00823E06">
      <w:pPr>
        <w:pStyle w:val="ListParagraph"/>
        <w:spacing w:after="0"/>
        <w:contextualSpacing w:val="0"/>
        <w:rPr>
          <w:rFonts w:cstheme="minorHAnsi"/>
          <w:i/>
          <w:sz w:val="20"/>
          <w:szCs w:val="20"/>
        </w:rPr>
      </w:pPr>
      <w:r w:rsidRPr="000F436F">
        <w:rPr>
          <w:i/>
          <w:sz w:val="20"/>
          <w:szCs w:val="20"/>
        </w:rPr>
        <w:t xml:space="preserve">NYS Election Law </w:t>
      </w:r>
      <w:r w:rsidRPr="000F436F">
        <w:rPr>
          <w:rFonts w:cstheme="minorHAnsi"/>
          <w:i/>
          <w:sz w:val="20"/>
          <w:szCs w:val="20"/>
        </w:rPr>
        <w:t>§9-209(8)(a)</w:t>
      </w:r>
    </w:p>
    <w:p w14:paraId="5F5ABA05" w14:textId="77777777" w:rsidR="00823E06" w:rsidRDefault="00823E06" w:rsidP="00823E06">
      <w:pPr>
        <w:pStyle w:val="ListParagraph"/>
        <w:spacing w:after="0"/>
        <w:contextualSpacing w:val="0"/>
        <w:rPr>
          <w:color w:val="FF0000"/>
          <w:sz w:val="20"/>
          <w:szCs w:val="20"/>
        </w:rPr>
      </w:pPr>
      <w:r w:rsidRPr="00FC3090">
        <w:rPr>
          <w:sz w:val="20"/>
          <w:szCs w:val="20"/>
        </w:rPr>
        <w:t xml:space="preserve">Within </w:t>
      </w:r>
      <w:r>
        <w:rPr>
          <w:sz w:val="20"/>
          <w:szCs w:val="20"/>
        </w:rPr>
        <w:t>four</w:t>
      </w:r>
      <w:r w:rsidRPr="00FC3090">
        <w:rPr>
          <w:sz w:val="20"/>
          <w:szCs w:val="20"/>
        </w:rPr>
        <w:t xml:space="preserve"> business days after </w:t>
      </w:r>
      <w:r>
        <w:rPr>
          <w:sz w:val="20"/>
          <w:szCs w:val="20"/>
        </w:rPr>
        <w:t>E</w:t>
      </w:r>
      <w:r w:rsidRPr="00FC3090">
        <w:rPr>
          <w:sz w:val="20"/>
          <w:szCs w:val="20"/>
        </w:rPr>
        <w:t>lection</w:t>
      </w:r>
      <w:r>
        <w:rPr>
          <w:sz w:val="20"/>
          <w:szCs w:val="20"/>
        </w:rPr>
        <w:t xml:space="preserve"> Day, the county will </w:t>
      </w:r>
      <w:r w:rsidRPr="00FC3090">
        <w:rPr>
          <w:sz w:val="20"/>
          <w:szCs w:val="20"/>
        </w:rPr>
        <w:t xml:space="preserve">review </w:t>
      </w:r>
      <w:r>
        <w:rPr>
          <w:sz w:val="20"/>
          <w:szCs w:val="20"/>
        </w:rPr>
        <w:t>the</w:t>
      </w:r>
      <w:r w:rsidRPr="00FC3090">
        <w:rPr>
          <w:sz w:val="20"/>
          <w:szCs w:val="20"/>
        </w:rPr>
        <w:t xml:space="preserve"> Absentee,</w:t>
      </w:r>
      <w:r>
        <w:rPr>
          <w:sz w:val="20"/>
          <w:szCs w:val="20"/>
        </w:rPr>
        <w:t xml:space="preserve"> Early Mail, </w:t>
      </w:r>
      <w:r w:rsidRPr="00FC3090">
        <w:rPr>
          <w:sz w:val="20"/>
          <w:szCs w:val="20"/>
        </w:rPr>
        <w:t>Military and Special Ballots found to be invalid, undeliverable</w:t>
      </w:r>
      <w:r>
        <w:rPr>
          <w:sz w:val="20"/>
          <w:szCs w:val="20"/>
        </w:rPr>
        <w:t xml:space="preserve"> or containing</w:t>
      </w:r>
      <w:r w:rsidRPr="00FC3090">
        <w:rPr>
          <w:sz w:val="20"/>
          <w:szCs w:val="20"/>
        </w:rPr>
        <w:t xml:space="preserve"> defects that have not been timely cured.</w:t>
      </w:r>
      <w:r>
        <w:rPr>
          <w:sz w:val="20"/>
          <w:szCs w:val="20"/>
        </w:rPr>
        <w:t xml:space="preserve"> </w:t>
      </w:r>
      <w:r w:rsidRPr="001A1D9A">
        <w:rPr>
          <w:sz w:val="20"/>
          <w:szCs w:val="20"/>
        </w:rPr>
        <w:t xml:space="preserve">This </w:t>
      </w:r>
      <w:r>
        <w:rPr>
          <w:sz w:val="20"/>
          <w:szCs w:val="20"/>
        </w:rPr>
        <w:t>review</w:t>
      </w:r>
      <w:r w:rsidRPr="001A1D9A">
        <w:rPr>
          <w:sz w:val="20"/>
          <w:szCs w:val="20"/>
        </w:rPr>
        <w:t xml:space="preserve"> will take place on </w:t>
      </w:r>
      <w:r>
        <w:rPr>
          <w:color w:val="FF0000"/>
          <w:sz w:val="20"/>
          <w:szCs w:val="20"/>
        </w:rPr>
        <w:t xml:space="preserve">11/09/26 </w:t>
      </w:r>
      <w:r>
        <w:rPr>
          <w:sz w:val="20"/>
          <w:szCs w:val="20"/>
        </w:rPr>
        <w:t>and will occur at</w:t>
      </w:r>
      <w:r w:rsidRPr="001A1D9A">
        <w:rPr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>102 County View Drive, Lake Pleasant, NY 12108.</w:t>
      </w:r>
    </w:p>
    <w:p w14:paraId="369F4642" w14:textId="77777777" w:rsidR="00823E06" w:rsidRPr="003C33AE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</w:p>
    <w:p w14:paraId="17570FCC" w14:textId="77777777" w:rsidR="00823E06" w:rsidRPr="003C33AE" w:rsidRDefault="00823E06" w:rsidP="00823E06">
      <w:pPr>
        <w:pStyle w:val="ListParagraph"/>
        <w:numPr>
          <w:ilvl w:val="0"/>
          <w:numId w:val="10"/>
        </w:numPr>
        <w:spacing w:after="0"/>
        <w:contextualSpacing w:val="0"/>
        <w:rPr>
          <w:sz w:val="20"/>
          <w:szCs w:val="20"/>
        </w:rPr>
      </w:pPr>
      <w:r w:rsidRPr="00FC3090">
        <w:rPr>
          <w:b/>
          <w:sz w:val="20"/>
          <w:szCs w:val="20"/>
          <w:u w:val="single"/>
        </w:rPr>
        <w:t xml:space="preserve">Canvass </w:t>
      </w:r>
      <w:r>
        <w:rPr>
          <w:b/>
          <w:sz w:val="20"/>
          <w:szCs w:val="20"/>
          <w:u w:val="single"/>
        </w:rPr>
        <w:t xml:space="preserve">and Casting </w:t>
      </w:r>
      <w:r w:rsidRPr="00FC3090">
        <w:rPr>
          <w:b/>
          <w:sz w:val="20"/>
          <w:szCs w:val="20"/>
          <w:u w:val="single"/>
        </w:rPr>
        <w:t>of Affidavits</w:t>
      </w:r>
      <w:r>
        <w:rPr>
          <w:b/>
          <w:sz w:val="20"/>
          <w:szCs w:val="20"/>
          <w:u w:val="single"/>
        </w:rPr>
        <w:t>:</w:t>
      </w:r>
    </w:p>
    <w:p w14:paraId="0205B2F8" w14:textId="77777777" w:rsidR="00823E06" w:rsidRPr="003C33AE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  <w:r w:rsidRPr="00B3620F">
        <w:rPr>
          <w:i/>
          <w:sz w:val="20"/>
          <w:szCs w:val="20"/>
        </w:rPr>
        <w:t>NYS Election La</w:t>
      </w:r>
      <w:r w:rsidRPr="000F436F">
        <w:rPr>
          <w:i/>
          <w:sz w:val="20"/>
          <w:szCs w:val="20"/>
        </w:rPr>
        <w:t xml:space="preserve">w </w:t>
      </w:r>
      <w:r w:rsidRPr="000F436F">
        <w:rPr>
          <w:rFonts w:cstheme="minorHAnsi"/>
          <w:i/>
          <w:sz w:val="20"/>
          <w:szCs w:val="20"/>
        </w:rPr>
        <w:t>§9-209</w:t>
      </w:r>
      <w:r>
        <w:rPr>
          <w:rFonts w:cstheme="minorHAnsi"/>
          <w:i/>
          <w:sz w:val="20"/>
          <w:szCs w:val="20"/>
        </w:rPr>
        <w:t>(7)(a)</w:t>
      </w:r>
    </w:p>
    <w:p w14:paraId="2FAF8DDD" w14:textId="77777777" w:rsidR="00823E06" w:rsidRDefault="00823E06" w:rsidP="00823E06">
      <w:pPr>
        <w:pStyle w:val="ListParagraph"/>
        <w:spacing w:after="0"/>
        <w:contextualSpacing w:val="0"/>
        <w:rPr>
          <w:color w:val="FF0000"/>
          <w:sz w:val="20"/>
          <w:szCs w:val="20"/>
        </w:rPr>
      </w:pPr>
      <w:r>
        <w:rPr>
          <w:sz w:val="20"/>
          <w:szCs w:val="20"/>
        </w:rPr>
        <w:t xml:space="preserve">The county will canvass the Affidavits four business days after Election Day. </w:t>
      </w:r>
      <w:r w:rsidRPr="001A1D9A">
        <w:rPr>
          <w:sz w:val="20"/>
          <w:szCs w:val="20"/>
        </w:rPr>
        <w:t xml:space="preserve">This </w:t>
      </w:r>
      <w:r>
        <w:rPr>
          <w:sz w:val="20"/>
          <w:szCs w:val="20"/>
        </w:rPr>
        <w:t>canvass</w:t>
      </w:r>
      <w:r w:rsidRPr="001A1D9A">
        <w:rPr>
          <w:sz w:val="20"/>
          <w:szCs w:val="20"/>
        </w:rPr>
        <w:t xml:space="preserve"> will take place on </w:t>
      </w:r>
      <w:r>
        <w:rPr>
          <w:color w:val="FF0000"/>
          <w:sz w:val="20"/>
          <w:szCs w:val="20"/>
        </w:rPr>
        <w:t>11/09/26 10:00AM</w:t>
      </w:r>
      <w:r>
        <w:rPr>
          <w:sz w:val="20"/>
          <w:szCs w:val="20"/>
        </w:rPr>
        <w:t xml:space="preserve"> and will occur at</w:t>
      </w:r>
      <w:r w:rsidRPr="001A1D9A">
        <w:rPr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>102 County View Drive, Lake Pleasant, NY 12108.</w:t>
      </w:r>
    </w:p>
    <w:p w14:paraId="7CE232D9" w14:textId="77777777" w:rsidR="00823E06" w:rsidRPr="003C33AE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</w:p>
    <w:p w14:paraId="0CC59E54" w14:textId="77777777" w:rsidR="00823E06" w:rsidRPr="003C33AE" w:rsidRDefault="00823E06" w:rsidP="00823E06">
      <w:pPr>
        <w:pStyle w:val="ListParagraph"/>
        <w:numPr>
          <w:ilvl w:val="0"/>
          <w:numId w:val="10"/>
        </w:numPr>
        <w:spacing w:after="0"/>
        <w:contextualSpacing w:val="0"/>
        <w:rPr>
          <w:sz w:val="20"/>
          <w:szCs w:val="20"/>
        </w:rPr>
      </w:pPr>
      <w:r w:rsidRPr="00B3620F">
        <w:rPr>
          <w:b/>
          <w:sz w:val="20"/>
          <w:szCs w:val="20"/>
          <w:u w:val="single"/>
        </w:rPr>
        <w:t>Post-Election Audit</w:t>
      </w:r>
      <w:r>
        <w:rPr>
          <w:b/>
          <w:sz w:val="20"/>
          <w:szCs w:val="20"/>
          <w:u w:val="single"/>
        </w:rPr>
        <w:t xml:space="preserve"> for Election Day and In Person Early Voting</w:t>
      </w:r>
      <w:r w:rsidRPr="00B3620F">
        <w:rPr>
          <w:b/>
          <w:sz w:val="20"/>
          <w:szCs w:val="20"/>
          <w:u w:val="single"/>
        </w:rPr>
        <w:t>:</w:t>
      </w:r>
    </w:p>
    <w:p w14:paraId="1457BAC9" w14:textId="77777777" w:rsidR="00823E06" w:rsidRPr="000F436F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  <w:r w:rsidRPr="00B3620F">
        <w:rPr>
          <w:i/>
          <w:sz w:val="20"/>
          <w:szCs w:val="20"/>
        </w:rPr>
        <w:t xml:space="preserve">NYS </w:t>
      </w:r>
      <w:r w:rsidRPr="000F436F">
        <w:rPr>
          <w:i/>
          <w:sz w:val="20"/>
          <w:szCs w:val="20"/>
        </w:rPr>
        <w:t xml:space="preserve">Election Law </w:t>
      </w:r>
      <w:r w:rsidRPr="000F436F">
        <w:rPr>
          <w:rFonts w:cstheme="minorHAnsi"/>
          <w:i/>
          <w:sz w:val="20"/>
          <w:szCs w:val="20"/>
        </w:rPr>
        <w:t>§9</w:t>
      </w:r>
      <w:r w:rsidRPr="000F436F">
        <w:rPr>
          <w:i/>
          <w:sz w:val="20"/>
          <w:szCs w:val="20"/>
        </w:rPr>
        <w:t>-211</w:t>
      </w:r>
      <w:r w:rsidRPr="000F436F">
        <w:t xml:space="preserve"> &amp; </w:t>
      </w:r>
      <w:r w:rsidRPr="000F436F">
        <w:rPr>
          <w:i/>
          <w:sz w:val="20"/>
          <w:szCs w:val="20"/>
        </w:rPr>
        <w:t xml:space="preserve">NYCRR </w:t>
      </w:r>
      <w:r w:rsidRPr="000F436F">
        <w:rPr>
          <w:rFonts w:cstheme="minorHAnsi"/>
          <w:i/>
          <w:sz w:val="20"/>
          <w:szCs w:val="20"/>
        </w:rPr>
        <w:t>§</w:t>
      </w:r>
      <w:r w:rsidRPr="000F436F">
        <w:rPr>
          <w:i/>
          <w:sz w:val="20"/>
          <w:szCs w:val="20"/>
        </w:rPr>
        <w:t>6210.18</w:t>
      </w:r>
    </w:p>
    <w:p w14:paraId="04A56254" w14:textId="77777777" w:rsidR="00823E06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  <w:r w:rsidRPr="000F436F">
        <w:rPr>
          <w:sz w:val="20"/>
          <w:szCs w:val="20"/>
        </w:rPr>
        <w:t>The post-election audit of randomly select</w:t>
      </w:r>
      <w:r w:rsidRPr="003C33AE">
        <w:rPr>
          <w:sz w:val="20"/>
          <w:szCs w:val="20"/>
        </w:rPr>
        <w:t>ed</w:t>
      </w:r>
      <w:r w:rsidRPr="00B3620F">
        <w:rPr>
          <w:sz w:val="20"/>
          <w:szCs w:val="20"/>
        </w:rPr>
        <w:t xml:space="preserve"> voting machines will begin on </w:t>
      </w:r>
      <w:r>
        <w:rPr>
          <w:color w:val="FF0000"/>
          <w:sz w:val="20"/>
          <w:szCs w:val="20"/>
        </w:rPr>
        <w:t>11/04/26 at 10:00am</w:t>
      </w:r>
      <w:r>
        <w:rPr>
          <w:rFonts w:ascii="Arial" w:hAnsi="Arial" w:cs="Arial"/>
        </w:rPr>
        <w:t xml:space="preserve"> </w:t>
      </w:r>
      <w:r w:rsidRPr="0011760B">
        <w:rPr>
          <w:sz w:val="20"/>
          <w:szCs w:val="20"/>
        </w:rPr>
        <w:t xml:space="preserve">and will take place </w:t>
      </w:r>
      <w:r w:rsidRPr="001A1D9A">
        <w:rPr>
          <w:sz w:val="20"/>
          <w:szCs w:val="20"/>
        </w:rPr>
        <w:t xml:space="preserve">at </w:t>
      </w:r>
      <w:r>
        <w:rPr>
          <w:color w:val="FF0000"/>
          <w:sz w:val="20"/>
          <w:szCs w:val="20"/>
        </w:rPr>
        <w:t>102 County View Drive, Lake Pleasant, NY 12108</w:t>
      </w:r>
      <w:r w:rsidRPr="001A1D9A">
        <w:rPr>
          <w:sz w:val="20"/>
          <w:szCs w:val="20"/>
        </w:rPr>
        <w:t xml:space="preserve"> where the county audit will </w:t>
      </w:r>
      <w:r>
        <w:rPr>
          <w:sz w:val="20"/>
          <w:szCs w:val="20"/>
        </w:rPr>
        <w:t>occur</w:t>
      </w:r>
      <w:r w:rsidRPr="001A1D9A">
        <w:rPr>
          <w:sz w:val="20"/>
          <w:szCs w:val="20"/>
        </w:rPr>
        <w:t>. This audit will continue daily, with</w:t>
      </w:r>
      <w:r>
        <w:rPr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>One</w:t>
      </w:r>
      <w:r w:rsidRPr="00CE31D4">
        <w:rPr>
          <w:sz w:val="20"/>
          <w:szCs w:val="20"/>
        </w:rPr>
        <w:t xml:space="preserve"> </w:t>
      </w:r>
      <w:r w:rsidRPr="001A1D9A">
        <w:rPr>
          <w:sz w:val="20"/>
          <w:szCs w:val="20"/>
        </w:rPr>
        <w:t xml:space="preserve">team conducting the audit, between the hours of </w:t>
      </w:r>
      <w:r>
        <w:rPr>
          <w:color w:val="FF0000"/>
          <w:sz w:val="20"/>
          <w:szCs w:val="20"/>
        </w:rPr>
        <w:t>10:00</w:t>
      </w:r>
      <w:r>
        <w:rPr>
          <w:sz w:val="20"/>
          <w:szCs w:val="20"/>
        </w:rPr>
        <w:t xml:space="preserve"> </w:t>
      </w:r>
      <w:r w:rsidRPr="004520DA">
        <w:rPr>
          <w:sz w:val="20"/>
          <w:szCs w:val="20"/>
        </w:rPr>
        <w:t xml:space="preserve">AM </w:t>
      </w:r>
      <w:r>
        <w:rPr>
          <w:sz w:val="20"/>
          <w:szCs w:val="20"/>
        </w:rPr>
        <w:t xml:space="preserve">and </w:t>
      </w:r>
      <w:r>
        <w:rPr>
          <w:color w:val="FF0000"/>
          <w:sz w:val="20"/>
          <w:szCs w:val="20"/>
        </w:rPr>
        <w:t>4:00pm</w:t>
      </w:r>
      <w:r>
        <w:rPr>
          <w:sz w:val="20"/>
          <w:szCs w:val="20"/>
        </w:rPr>
        <w:t xml:space="preserve"> </w:t>
      </w:r>
      <w:r w:rsidRPr="004520DA">
        <w:rPr>
          <w:sz w:val="20"/>
          <w:szCs w:val="20"/>
        </w:rPr>
        <w:t>PM</w:t>
      </w:r>
      <w:r w:rsidRPr="001A1D9A">
        <w:rPr>
          <w:sz w:val="20"/>
          <w:szCs w:val="20"/>
        </w:rPr>
        <w:t>, until all selected voting machines have been audited.</w:t>
      </w:r>
    </w:p>
    <w:p w14:paraId="57B9D18F" w14:textId="77777777" w:rsidR="00823E06" w:rsidRPr="003C33AE" w:rsidRDefault="00823E06" w:rsidP="00823E06">
      <w:pPr>
        <w:pStyle w:val="ListParagraph"/>
        <w:spacing w:after="0"/>
        <w:contextualSpacing w:val="0"/>
        <w:rPr>
          <w:bCs/>
          <w:sz w:val="20"/>
          <w:szCs w:val="20"/>
        </w:rPr>
      </w:pPr>
    </w:p>
    <w:p w14:paraId="0EA938C3" w14:textId="77777777" w:rsidR="00823E06" w:rsidRPr="001A1D9A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  <w:r w:rsidRPr="001A1D9A">
        <w:rPr>
          <w:sz w:val="20"/>
          <w:szCs w:val="20"/>
        </w:rPr>
        <w:t xml:space="preserve">The drawing which will randomly select the voting machines that must be audited will take place on </w:t>
      </w:r>
      <w:r>
        <w:rPr>
          <w:color w:val="FF0000"/>
          <w:sz w:val="20"/>
          <w:szCs w:val="20"/>
        </w:rPr>
        <w:t>11/04/26 at 10:00 AM</w:t>
      </w:r>
      <w:r>
        <w:rPr>
          <w:sz w:val="20"/>
          <w:szCs w:val="20"/>
        </w:rPr>
        <w:t xml:space="preserve"> and will occur at</w:t>
      </w:r>
      <w:r w:rsidRPr="001A1D9A">
        <w:rPr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 xml:space="preserve">102 County View Drive, Lake Pleasant, NY 12108 </w:t>
      </w:r>
      <w:r w:rsidRPr="001A1D9A">
        <w:rPr>
          <w:sz w:val="20"/>
          <w:szCs w:val="20"/>
        </w:rPr>
        <w:t xml:space="preserve">where the county drawing will </w:t>
      </w:r>
      <w:r>
        <w:rPr>
          <w:sz w:val="20"/>
          <w:szCs w:val="20"/>
        </w:rPr>
        <w:t>occur</w:t>
      </w:r>
      <w:r w:rsidRPr="001A1D9A">
        <w:rPr>
          <w:sz w:val="20"/>
          <w:szCs w:val="20"/>
        </w:rPr>
        <w:t>. The audit shall commence on the same day as the random manual selection process.</w:t>
      </w:r>
    </w:p>
    <w:p w14:paraId="0CF35434" w14:textId="77777777" w:rsidR="00823E06" w:rsidRPr="00AB5460" w:rsidRDefault="00823E06" w:rsidP="00823E06">
      <w:pPr>
        <w:spacing w:after="0"/>
        <w:rPr>
          <w:sz w:val="20"/>
          <w:szCs w:val="20"/>
        </w:rPr>
      </w:pPr>
    </w:p>
    <w:p w14:paraId="6DF20DAE" w14:textId="77777777" w:rsidR="00823E06" w:rsidRDefault="00823E06" w:rsidP="00823E06">
      <w:pPr>
        <w:pStyle w:val="ListParagraph"/>
        <w:numPr>
          <w:ilvl w:val="0"/>
          <w:numId w:val="11"/>
        </w:numPr>
        <w:spacing w:after="0"/>
        <w:contextualSpacing w:val="0"/>
        <w:rPr>
          <w:b/>
          <w:bCs/>
          <w:sz w:val="20"/>
          <w:szCs w:val="20"/>
          <w:u w:val="single"/>
        </w:rPr>
      </w:pPr>
      <w:r w:rsidRPr="00773F01">
        <w:rPr>
          <w:b/>
          <w:bCs/>
          <w:sz w:val="20"/>
          <w:szCs w:val="20"/>
          <w:u w:val="single"/>
        </w:rPr>
        <w:t>Scanner</w:t>
      </w:r>
      <w:r>
        <w:rPr>
          <w:b/>
          <w:bCs/>
          <w:sz w:val="20"/>
          <w:szCs w:val="20"/>
          <w:u w:val="single"/>
        </w:rPr>
        <w:t>s Used to Count Absentee/Early Vote by Mail Ballots Prior to Election Day (Audit):</w:t>
      </w:r>
    </w:p>
    <w:p w14:paraId="7A03AE4A" w14:textId="77777777" w:rsidR="00823E06" w:rsidRDefault="00823E06" w:rsidP="00823E06">
      <w:pPr>
        <w:pStyle w:val="ListParagraph"/>
        <w:spacing w:after="0"/>
        <w:ind w:firstLine="360"/>
        <w:contextualSpacing w:val="0"/>
        <w:rPr>
          <w:rFonts w:cstheme="minorHAnsi"/>
          <w:i/>
          <w:sz w:val="20"/>
          <w:szCs w:val="20"/>
        </w:rPr>
      </w:pPr>
      <w:r w:rsidRPr="00B3620F">
        <w:rPr>
          <w:i/>
          <w:sz w:val="20"/>
          <w:szCs w:val="20"/>
        </w:rPr>
        <w:t xml:space="preserve">NYS Election Law </w:t>
      </w:r>
      <w:r w:rsidRPr="00B3620F">
        <w:rPr>
          <w:rFonts w:cstheme="minorHAnsi"/>
          <w:i/>
          <w:sz w:val="20"/>
          <w:szCs w:val="20"/>
        </w:rPr>
        <w:t>§</w:t>
      </w:r>
      <w:r>
        <w:rPr>
          <w:rFonts w:cstheme="minorHAnsi"/>
          <w:i/>
          <w:sz w:val="20"/>
          <w:szCs w:val="20"/>
        </w:rPr>
        <w:t>9-211(2)</w:t>
      </w:r>
    </w:p>
    <w:p w14:paraId="7A42443E" w14:textId="6696CD3A" w:rsidR="00823E06" w:rsidRPr="00773F01" w:rsidRDefault="00823E06" w:rsidP="00823E06">
      <w:pPr>
        <w:pStyle w:val="ListParagraph"/>
        <w:spacing w:after="0"/>
        <w:ind w:left="1080"/>
        <w:contextualSpacing w:val="0"/>
        <w:rPr>
          <w:sz w:val="20"/>
          <w:szCs w:val="20"/>
        </w:rPr>
      </w:pPr>
      <w:r w:rsidRPr="00773F01">
        <w:rPr>
          <w:sz w:val="20"/>
          <w:szCs w:val="20"/>
        </w:rPr>
        <w:lastRenderedPageBreak/>
        <w:t>The scanner</w:t>
      </w:r>
      <w:r>
        <w:rPr>
          <w:sz w:val="20"/>
          <w:szCs w:val="20"/>
        </w:rPr>
        <w:t xml:space="preserve">(s) will be audited from three percent of Election Districts within three days after any Election Day (Early Canvassed Ballots). </w:t>
      </w:r>
      <w:r w:rsidRPr="001A1D9A">
        <w:rPr>
          <w:sz w:val="20"/>
          <w:szCs w:val="20"/>
        </w:rPr>
        <w:t xml:space="preserve">This audit will take place on </w:t>
      </w:r>
      <w:r>
        <w:rPr>
          <w:color w:val="FF0000"/>
          <w:sz w:val="20"/>
          <w:szCs w:val="20"/>
        </w:rPr>
        <w:t>11/05/26 at 10:00</w:t>
      </w:r>
      <w:r w:rsidR="00433166">
        <w:rPr>
          <w:color w:val="FF0000"/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 xml:space="preserve">AM </w:t>
      </w:r>
      <w:r>
        <w:rPr>
          <w:sz w:val="20"/>
          <w:szCs w:val="20"/>
        </w:rPr>
        <w:t>and will occur at</w:t>
      </w:r>
      <w:r w:rsidRPr="001A1D9A">
        <w:rPr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>102 County View Drive, Lake Pleasant, NY 12108.</w:t>
      </w:r>
    </w:p>
    <w:p w14:paraId="5B40E600" w14:textId="77777777" w:rsidR="00823E06" w:rsidRPr="003C33AE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</w:p>
    <w:p w14:paraId="63C461FE" w14:textId="77777777" w:rsidR="00823E06" w:rsidRPr="000F436F" w:rsidRDefault="00823E06" w:rsidP="00823E06">
      <w:pPr>
        <w:pStyle w:val="ListParagraph"/>
        <w:numPr>
          <w:ilvl w:val="0"/>
          <w:numId w:val="10"/>
        </w:numPr>
        <w:spacing w:after="0"/>
        <w:contextualSpacing w:val="0"/>
        <w:rPr>
          <w:sz w:val="20"/>
          <w:szCs w:val="20"/>
        </w:rPr>
      </w:pPr>
      <w:r w:rsidRPr="000F436F">
        <w:rPr>
          <w:b/>
          <w:sz w:val="20"/>
          <w:szCs w:val="20"/>
          <w:u w:val="single"/>
        </w:rPr>
        <w:t>Recanvass:</w:t>
      </w:r>
    </w:p>
    <w:p w14:paraId="7FF03EDC" w14:textId="77777777" w:rsidR="00823E06" w:rsidRPr="000F436F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  <w:r w:rsidRPr="000F436F">
        <w:rPr>
          <w:i/>
          <w:sz w:val="20"/>
          <w:szCs w:val="20"/>
        </w:rPr>
        <w:t xml:space="preserve">NYS Election Law </w:t>
      </w:r>
      <w:r w:rsidRPr="000F436F">
        <w:rPr>
          <w:rFonts w:cstheme="minorHAnsi"/>
          <w:i/>
          <w:sz w:val="20"/>
          <w:szCs w:val="20"/>
        </w:rPr>
        <w:t>§9</w:t>
      </w:r>
      <w:r w:rsidRPr="000F436F">
        <w:rPr>
          <w:i/>
          <w:sz w:val="20"/>
          <w:szCs w:val="20"/>
        </w:rPr>
        <w:t>-208</w:t>
      </w:r>
    </w:p>
    <w:p w14:paraId="3EA88C36" w14:textId="77777777" w:rsidR="00823E06" w:rsidRPr="000F436F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  <w:r w:rsidRPr="000F436F">
        <w:rPr>
          <w:sz w:val="20"/>
          <w:szCs w:val="20"/>
        </w:rPr>
        <w:t xml:space="preserve">The recanvass of all voting machines will begin on </w:t>
      </w:r>
      <w:r>
        <w:rPr>
          <w:color w:val="FF0000"/>
          <w:sz w:val="20"/>
          <w:szCs w:val="20"/>
        </w:rPr>
        <w:t>11/09/26 at 10:00 AM</w:t>
      </w:r>
      <w:r w:rsidRPr="000F436F">
        <w:rPr>
          <w:rFonts w:ascii="Arial" w:hAnsi="Arial" w:cs="Arial"/>
        </w:rPr>
        <w:t xml:space="preserve"> </w:t>
      </w:r>
      <w:r w:rsidRPr="000F436F">
        <w:rPr>
          <w:sz w:val="20"/>
          <w:szCs w:val="20"/>
        </w:rPr>
        <w:t xml:space="preserve">and will take place at </w:t>
      </w:r>
      <w:r>
        <w:rPr>
          <w:color w:val="FF0000"/>
          <w:sz w:val="20"/>
          <w:szCs w:val="20"/>
        </w:rPr>
        <w:t xml:space="preserve">102 County View Drive, Lake Pleasant, NY 12108 </w:t>
      </w:r>
      <w:r w:rsidRPr="000F436F">
        <w:rPr>
          <w:bCs/>
          <w:sz w:val="20"/>
          <w:szCs w:val="20"/>
        </w:rPr>
        <w:t>where the county recanvass will occur. This</w:t>
      </w:r>
      <w:r w:rsidRPr="000F436F">
        <w:rPr>
          <w:sz w:val="20"/>
          <w:szCs w:val="20"/>
        </w:rPr>
        <w:t xml:space="preserve"> recanvass of these ballots will continue daily, with </w:t>
      </w:r>
      <w:r>
        <w:rPr>
          <w:color w:val="FF0000"/>
          <w:sz w:val="20"/>
          <w:szCs w:val="20"/>
        </w:rPr>
        <w:t xml:space="preserve">One </w:t>
      </w:r>
      <w:r w:rsidRPr="000F436F">
        <w:rPr>
          <w:color w:val="FF0000"/>
          <w:sz w:val="20"/>
          <w:szCs w:val="20"/>
        </w:rPr>
        <w:t>team</w:t>
      </w:r>
      <w:r w:rsidRPr="000F436F">
        <w:rPr>
          <w:sz w:val="20"/>
          <w:szCs w:val="20"/>
        </w:rPr>
        <w:t xml:space="preserve"> conducting the recanvass, between the hours of </w:t>
      </w:r>
      <w:r>
        <w:rPr>
          <w:color w:val="FF0000"/>
          <w:sz w:val="20"/>
          <w:szCs w:val="20"/>
        </w:rPr>
        <w:t>10:</w:t>
      </w:r>
      <w:r w:rsidRPr="00433166">
        <w:rPr>
          <w:color w:val="FF0000"/>
          <w:sz w:val="20"/>
          <w:szCs w:val="20"/>
        </w:rPr>
        <w:t xml:space="preserve">00 AM </w:t>
      </w:r>
      <w:r w:rsidRPr="000F436F">
        <w:rPr>
          <w:sz w:val="20"/>
          <w:szCs w:val="20"/>
        </w:rPr>
        <w:t xml:space="preserve">and </w:t>
      </w:r>
      <w:r>
        <w:rPr>
          <w:color w:val="FF0000"/>
          <w:sz w:val="20"/>
          <w:szCs w:val="20"/>
        </w:rPr>
        <w:t>4:</w:t>
      </w:r>
      <w:r w:rsidRPr="00433166">
        <w:rPr>
          <w:color w:val="FF0000"/>
          <w:sz w:val="20"/>
          <w:szCs w:val="20"/>
        </w:rPr>
        <w:t>00 PM</w:t>
      </w:r>
      <w:r w:rsidRPr="000F436F">
        <w:rPr>
          <w:sz w:val="20"/>
          <w:szCs w:val="20"/>
        </w:rPr>
        <w:t>, until all voting machines have been recanvassed.</w:t>
      </w:r>
    </w:p>
    <w:p w14:paraId="6317CB0F" w14:textId="77777777" w:rsidR="00823E06" w:rsidRPr="000F436F" w:rsidRDefault="00823E06" w:rsidP="00823E06">
      <w:pPr>
        <w:pStyle w:val="ListParagraph"/>
        <w:rPr>
          <w:rFonts w:cstheme="minorHAnsi"/>
          <w:sz w:val="20"/>
          <w:szCs w:val="20"/>
        </w:rPr>
      </w:pPr>
    </w:p>
    <w:p w14:paraId="22D5D751" w14:textId="77777777" w:rsidR="00823E06" w:rsidRDefault="00823E06" w:rsidP="00823E06">
      <w:pPr>
        <w:pStyle w:val="ListParagraph"/>
        <w:numPr>
          <w:ilvl w:val="0"/>
          <w:numId w:val="10"/>
        </w:numPr>
        <w:spacing w:after="0"/>
        <w:contextualSpacing w:val="0"/>
        <w:rPr>
          <w:b/>
          <w:bCs/>
          <w:sz w:val="20"/>
          <w:szCs w:val="20"/>
          <w:u w:val="single"/>
        </w:rPr>
      </w:pPr>
      <w:r w:rsidRPr="003C33AE">
        <w:rPr>
          <w:b/>
          <w:bCs/>
          <w:sz w:val="20"/>
          <w:szCs w:val="20"/>
          <w:u w:val="single"/>
        </w:rPr>
        <w:t>Manual Recount:</w:t>
      </w:r>
    </w:p>
    <w:p w14:paraId="00B2023D" w14:textId="77777777" w:rsidR="00823E06" w:rsidRPr="003C33AE" w:rsidRDefault="00823E06" w:rsidP="00823E06">
      <w:pPr>
        <w:pStyle w:val="ListParagraph"/>
        <w:spacing w:after="0"/>
        <w:contextualSpacing w:val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NYS Election Law </w:t>
      </w:r>
      <w:r>
        <w:rPr>
          <w:rFonts w:cstheme="minorHAnsi"/>
          <w:i/>
          <w:iCs/>
          <w:sz w:val="20"/>
          <w:szCs w:val="20"/>
        </w:rPr>
        <w:t>§</w:t>
      </w:r>
      <w:r>
        <w:rPr>
          <w:i/>
          <w:iCs/>
          <w:sz w:val="20"/>
          <w:szCs w:val="20"/>
        </w:rPr>
        <w:t>9-208(4)</w:t>
      </w:r>
    </w:p>
    <w:p w14:paraId="480CA066" w14:textId="77777777" w:rsidR="00823E06" w:rsidRPr="00263E39" w:rsidRDefault="00823E06" w:rsidP="00823E06">
      <w:pPr>
        <w:pStyle w:val="ListParagraph"/>
        <w:spacing w:after="0"/>
        <w:contextualSpacing w:val="0"/>
        <w:rPr>
          <w:sz w:val="20"/>
          <w:szCs w:val="20"/>
        </w:rPr>
      </w:pPr>
      <w:r>
        <w:rPr>
          <w:sz w:val="20"/>
          <w:szCs w:val="20"/>
        </w:rPr>
        <w:t>F</w:t>
      </w:r>
      <w:r w:rsidRPr="003C33AE">
        <w:rPr>
          <w:sz w:val="20"/>
          <w:szCs w:val="20"/>
        </w:rPr>
        <w:t xml:space="preserve">ollowing the completion </w:t>
      </w:r>
      <w:r>
        <w:rPr>
          <w:sz w:val="20"/>
          <w:szCs w:val="20"/>
        </w:rPr>
        <w:t xml:space="preserve">and announcement </w:t>
      </w:r>
      <w:r w:rsidRPr="003C33AE">
        <w:rPr>
          <w:sz w:val="20"/>
          <w:szCs w:val="20"/>
        </w:rPr>
        <w:t xml:space="preserve">of the </w:t>
      </w:r>
      <w:r>
        <w:rPr>
          <w:sz w:val="20"/>
          <w:szCs w:val="20"/>
        </w:rPr>
        <w:t>results of the re</w:t>
      </w:r>
      <w:r w:rsidRPr="003C33AE">
        <w:rPr>
          <w:sz w:val="20"/>
          <w:szCs w:val="20"/>
        </w:rPr>
        <w:t>canvass of all ballots, the Board of Elections will conduct a full manual recount of all ballots for a particular contest if the margin of victory is twenty votes or less or 0.5% or less. You will receive notice by mail of the date, time and processes for the manual recount should the office you are running for fall into this category.</w:t>
      </w:r>
    </w:p>
    <w:p w14:paraId="38BF6867" w14:textId="2772326A" w:rsidR="007A67C9" w:rsidRDefault="007A67C9"/>
    <w:sectPr w:rsidR="007A67C9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ExtraBold">
    <w:altName w:val="Arial"/>
    <w:charset w:val="00"/>
    <w:family w:val="swiss"/>
    <w:pitch w:val="variable"/>
    <w:sig w:usb0="20000287" w:usb1="00000003" w:usb2="00000000" w:usb3="00000000" w:csb0="0000019F" w:csb1="00000000"/>
  </w:font>
  <w:font w:name="Congenial SemiBold">
    <w:charset w:val="00"/>
    <w:family w:val="auto"/>
    <w:pitch w:val="variable"/>
    <w:sig w:usb0="8000002F" w:usb1="1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E81391"/>
    <w:multiLevelType w:val="hybridMultilevel"/>
    <w:tmpl w:val="B3BA7B96"/>
    <w:lvl w:ilvl="0" w:tplc="CF9410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A62244"/>
    <w:multiLevelType w:val="hybridMultilevel"/>
    <w:tmpl w:val="F2C4F054"/>
    <w:lvl w:ilvl="0" w:tplc="7682CC36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42A4ED0"/>
    <w:multiLevelType w:val="hybridMultilevel"/>
    <w:tmpl w:val="17046EDC"/>
    <w:lvl w:ilvl="0" w:tplc="88CC8DB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049087">
    <w:abstractNumId w:val="8"/>
  </w:num>
  <w:num w:numId="2" w16cid:durableId="1708020357">
    <w:abstractNumId w:val="6"/>
  </w:num>
  <w:num w:numId="3" w16cid:durableId="1467822313">
    <w:abstractNumId w:val="5"/>
  </w:num>
  <w:num w:numId="4" w16cid:durableId="1353723708">
    <w:abstractNumId w:val="4"/>
  </w:num>
  <w:num w:numId="5" w16cid:durableId="1848472151">
    <w:abstractNumId w:val="7"/>
  </w:num>
  <w:num w:numId="6" w16cid:durableId="1543470587">
    <w:abstractNumId w:val="3"/>
  </w:num>
  <w:num w:numId="7" w16cid:durableId="813642700">
    <w:abstractNumId w:val="2"/>
  </w:num>
  <w:num w:numId="8" w16cid:durableId="52654793">
    <w:abstractNumId w:val="1"/>
  </w:num>
  <w:num w:numId="9" w16cid:durableId="247740194">
    <w:abstractNumId w:val="0"/>
  </w:num>
  <w:num w:numId="10" w16cid:durableId="1192570156">
    <w:abstractNumId w:val="11"/>
  </w:num>
  <w:num w:numId="11" w16cid:durableId="52392544">
    <w:abstractNumId w:val="10"/>
  </w:num>
  <w:num w:numId="12" w16cid:durableId="20316881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3AE6"/>
    <w:rsid w:val="0015074B"/>
    <w:rsid w:val="00185315"/>
    <w:rsid w:val="001C43A8"/>
    <w:rsid w:val="0029639D"/>
    <w:rsid w:val="00326F90"/>
    <w:rsid w:val="00433166"/>
    <w:rsid w:val="005D3B6A"/>
    <w:rsid w:val="00667997"/>
    <w:rsid w:val="007A67C9"/>
    <w:rsid w:val="00823E06"/>
    <w:rsid w:val="00AA1D8D"/>
    <w:rsid w:val="00AC17AE"/>
    <w:rsid w:val="00B47730"/>
    <w:rsid w:val="00C4573B"/>
    <w:rsid w:val="00CB0664"/>
    <w:rsid w:val="00D53AEE"/>
    <w:rsid w:val="00E93779"/>
    <w:rsid w:val="00EB5874"/>
    <w:rsid w:val="00EF0B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81EA49"/>
  <w14:defaultImageDpi w14:val="300"/>
  <w15:docId w15:val="{E72093A5-05F3-4FB5-9C61-23D7C5F9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8531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85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HamiltonCountyNY.Go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962DA4-246F-45DE-BFE5-B24C00D82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Darrin Harr</cp:lastModifiedBy>
  <cp:revision>4</cp:revision>
  <cp:lastPrinted>2026-09-23T18:15:00Z</cp:lastPrinted>
  <dcterms:created xsi:type="dcterms:W3CDTF">2026-09-23T15:46:00Z</dcterms:created>
  <dcterms:modified xsi:type="dcterms:W3CDTF">2026-09-24T16:05:00Z</dcterms:modified>
  <cp:category/>
</cp:coreProperties>
</file>